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E5C" w:rsidRPr="00E86E5C" w:rsidRDefault="00E86E5C" w:rsidP="00E86E5C">
      <w:pPr>
        <w:pStyle w:val="Nagwek"/>
        <w:pBdr>
          <w:between w:val="single" w:sz="4" w:space="1" w:color="4F81BD"/>
        </w:pBdr>
        <w:spacing w:line="276" w:lineRule="auto"/>
        <w:jc w:val="right"/>
      </w:pPr>
      <w:r w:rsidRPr="00991804">
        <w:rPr>
          <w:noProof/>
        </w:rPr>
        <w:drawing>
          <wp:inline distT="0" distB="0" distL="0" distR="0">
            <wp:extent cx="1314450" cy="6381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638175"/>
                    </a:xfrm>
                    <a:prstGeom prst="rect">
                      <a:avLst/>
                    </a:prstGeom>
                    <a:noFill/>
                    <a:ln>
                      <a:noFill/>
                    </a:ln>
                  </pic:spPr>
                </pic:pic>
              </a:graphicData>
            </a:graphic>
          </wp:inline>
        </w:drawing>
      </w:r>
      <w:r>
        <w:rPr>
          <w:noProof/>
        </w:rPr>
        <w:t xml:space="preserve">                                                            </w:t>
      </w:r>
      <w:r>
        <w:rPr>
          <w:noProof/>
        </w:rPr>
        <w:drawing>
          <wp:inline distT="0" distB="0" distL="0" distR="0" wp14:anchorId="45C5EF36" wp14:editId="5576C115">
            <wp:extent cx="2316281" cy="4857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 Co-funded by the EU_POS.jpg"/>
                    <pic:cNvPicPr/>
                  </pic:nvPicPr>
                  <pic:blipFill>
                    <a:blip r:embed="rId7"/>
                    <a:stretch>
                      <a:fillRect/>
                    </a:stretch>
                  </pic:blipFill>
                  <pic:spPr>
                    <a:xfrm>
                      <a:off x="0" y="0"/>
                      <a:ext cx="2328078" cy="488249"/>
                    </a:xfrm>
                    <a:prstGeom prst="rect">
                      <a:avLst/>
                    </a:prstGeom>
                  </pic:spPr>
                </pic:pic>
              </a:graphicData>
            </a:graphic>
          </wp:inline>
        </w:drawing>
      </w:r>
    </w:p>
    <w:p w:rsidR="005B2C78" w:rsidRPr="00D91909" w:rsidRDefault="00D91909">
      <w:pPr>
        <w:pStyle w:val="Nagwek1"/>
        <w:rPr>
          <w:rFonts w:ascii="Rubik" w:hAnsi="Rubik" w:cs="Rubik"/>
          <w:color w:val="1F497D" w:themeColor="text2"/>
          <w:sz w:val="22"/>
          <w:szCs w:val="22"/>
        </w:rPr>
      </w:pPr>
      <w:proofErr w:type="spellStart"/>
      <w:r w:rsidRPr="00D91909">
        <w:rPr>
          <w:rFonts w:ascii="Rubik" w:hAnsi="Rubik" w:cs="Rubik"/>
          <w:color w:val="1F497D" w:themeColor="text2"/>
          <w:sz w:val="22"/>
          <w:szCs w:val="22"/>
        </w:rPr>
        <w:t>Sprawozdanie</w:t>
      </w:r>
      <w:proofErr w:type="spellEnd"/>
      <w:r w:rsidRPr="00D91909">
        <w:rPr>
          <w:rFonts w:ascii="Rubik" w:hAnsi="Rubik" w:cs="Rubik"/>
          <w:color w:val="1F497D" w:themeColor="text2"/>
          <w:sz w:val="22"/>
          <w:szCs w:val="22"/>
        </w:rPr>
        <w:t xml:space="preserve"> </w:t>
      </w:r>
      <w:r w:rsidRPr="00D91909">
        <w:rPr>
          <w:rFonts w:ascii="Rubik" w:hAnsi="Rubik" w:cs="Rubik"/>
          <w:color w:val="1F497D" w:themeColor="text2"/>
          <w:sz w:val="22"/>
          <w:szCs w:val="22"/>
        </w:rPr>
        <w:t xml:space="preserve">z </w:t>
      </w:r>
      <w:proofErr w:type="spellStart"/>
      <w:r w:rsidRPr="00D91909">
        <w:rPr>
          <w:rFonts w:ascii="Rubik" w:hAnsi="Rubik" w:cs="Rubik"/>
          <w:color w:val="1F497D" w:themeColor="text2"/>
          <w:sz w:val="22"/>
          <w:szCs w:val="22"/>
        </w:rPr>
        <w:t>wyjazdu</w:t>
      </w:r>
      <w:proofErr w:type="spellEnd"/>
      <w:r w:rsidRPr="00D91909">
        <w:rPr>
          <w:rFonts w:ascii="Rubik" w:hAnsi="Rubik" w:cs="Rubik"/>
          <w:color w:val="1F497D" w:themeColor="text2"/>
          <w:sz w:val="22"/>
          <w:szCs w:val="22"/>
        </w:rPr>
        <w:t xml:space="preserve"> w </w:t>
      </w:r>
      <w:proofErr w:type="spellStart"/>
      <w:r w:rsidRPr="00D91909">
        <w:rPr>
          <w:rFonts w:ascii="Rubik" w:hAnsi="Rubik" w:cs="Rubik"/>
          <w:color w:val="1F497D" w:themeColor="text2"/>
          <w:sz w:val="22"/>
          <w:szCs w:val="22"/>
        </w:rPr>
        <w:t>ramach</w:t>
      </w:r>
      <w:proofErr w:type="spellEnd"/>
      <w:r w:rsidRPr="00D91909">
        <w:rPr>
          <w:rFonts w:ascii="Rubik" w:hAnsi="Rubik" w:cs="Rubik"/>
          <w:color w:val="1F497D" w:themeColor="text2"/>
          <w:sz w:val="22"/>
          <w:szCs w:val="22"/>
        </w:rPr>
        <w:t xml:space="preserve"> </w:t>
      </w:r>
      <w:proofErr w:type="spellStart"/>
      <w:r w:rsidRPr="00D91909">
        <w:rPr>
          <w:rFonts w:ascii="Rubik" w:hAnsi="Rubik" w:cs="Rubik"/>
          <w:color w:val="1F497D" w:themeColor="text2"/>
          <w:sz w:val="22"/>
          <w:szCs w:val="22"/>
        </w:rPr>
        <w:t>programu</w:t>
      </w:r>
      <w:proofErr w:type="spellEnd"/>
      <w:r w:rsidRPr="00D91909">
        <w:rPr>
          <w:rFonts w:ascii="Rubik" w:hAnsi="Rubik" w:cs="Rubik"/>
          <w:color w:val="1F497D" w:themeColor="text2"/>
          <w:sz w:val="22"/>
          <w:szCs w:val="22"/>
        </w:rPr>
        <w:t xml:space="preserve"> </w:t>
      </w:r>
      <w:r w:rsidRPr="00D91909">
        <w:rPr>
          <w:rFonts w:ascii="Rubik" w:hAnsi="Rubik" w:cs="Rubik"/>
          <w:color w:val="1F497D" w:themeColor="text2"/>
          <w:sz w:val="22"/>
          <w:szCs w:val="22"/>
        </w:rPr>
        <w:t xml:space="preserve"> Erasmus+ (KA131 / KA171)</w:t>
      </w:r>
      <w:r w:rsidRPr="00D91909">
        <w:rPr>
          <w:rFonts w:ascii="Rubik" w:hAnsi="Rubik" w:cs="Rubik"/>
          <w:color w:val="1F497D" w:themeColor="text2"/>
          <w:sz w:val="22"/>
          <w:szCs w:val="22"/>
        </w:rPr>
        <w:br/>
      </w:r>
      <w:r w:rsidRPr="00D91909">
        <w:rPr>
          <w:rFonts w:ascii="Rubik" w:hAnsi="Rubik" w:cs="Rubik"/>
          <w:color w:val="1F497D" w:themeColor="text2"/>
          <w:sz w:val="22"/>
          <w:szCs w:val="22"/>
        </w:rPr>
        <w:t xml:space="preserve">Erasmus+ Mobility Report </w:t>
      </w:r>
      <w:r w:rsidRPr="00D91909">
        <w:rPr>
          <w:rFonts w:ascii="Rubik" w:hAnsi="Rubik" w:cs="Rubik"/>
          <w:color w:val="1F497D" w:themeColor="text2"/>
          <w:sz w:val="22"/>
          <w:szCs w:val="22"/>
        </w:rPr>
        <w:t>(KA131 / KA171)</w:t>
      </w:r>
    </w:p>
    <w:p w:rsidR="002111BD" w:rsidRPr="002111BD" w:rsidRDefault="002111BD" w:rsidP="002111BD">
      <w:pPr>
        <w:rPr>
          <w:rFonts w:ascii="Rubik" w:hAnsi="Rubik" w:cs="Rubik"/>
        </w:rPr>
      </w:pPr>
    </w:p>
    <w:tbl>
      <w:tblPr>
        <w:tblStyle w:val="Tabela-Siatka"/>
        <w:tblW w:w="0" w:type="auto"/>
        <w:tblLook w:val="04A0" w:firstRow="1" w:lastRow="0" w:firstColumn="1" w:lastColumn="0" w:noHBand="0" w:noVBand="1"/>
      </w:tblPr>
      <w:tblGrid>
        <w:gridCol w:w="4320"/>
        <w:gridCol w:w="4320"/>
      </w:tblGrid>
      <w:tr w:rsidR="005B2C78" w:rsidRPr="002111BD">
        <w:tc>
          <w:tcPr>
            <w:tcW w:w="4320" w:type="dxa"/>
          </w:tcPr>
          <w:p w:rsidR="005B2C78" w:rsidRPr="002111BD" w:rsidRDefault="00D91909">
            <w:pPr>
              <w:rPr>
                <w:rFonts w:ascii="Rubik" w:hAnsi="Rubik" w:cs="Rubik"/>
              </w:rPr>
            </w:pPr>
            <w:r w:rsidRPr="002111BD">
              <w:rPr>
                <w:rFonts w:ascii="Rubik" w:hAnsi="Rubik" w:cs="Rubik"/>
              </w:rPr>
              <w:t xml:space="preserve">Imię i nazwisko </w:t>
            </w:r>
            <w:proofErr w:type="spellStart"/>
            <w:r w:rsidRPr="002111BD">
              <w:rPr>
                <w:rFonts w:ascii="Rubik" w:hAnsi="Rubik" w:cs="Rubik"/>
              </w:rPr>
              <w:t>uczestnika</w:t>
            </w:r>
            <w:proofErr w:type="spellEnd"/>
            <w:r w:rsidR="00804A06" w:rsidRPr="002111BD">
              <w:rPr>
                <w:rFonts w:ascii="Rubik" w:hAnsi="Rubik" w:cs="Rubik"/>
              </w:rPr>
              <w:t xml:space="preserve">/Name and Surname of </w:t>
            </w:r>
            <w:r w:rsidR="002111BD" w:rsidRPr="002111BD">
              <w:rPr>
                <w:rFonts w:ascii="Rubik" w:hAnsi="Rubik" w:cs="Rubik"/>
              </w:rPr>
              <w:t xml:space="preserve">a </w:t>
            </w:r>
            <w:r w:rsidR="00804A06" w:rsidRPr="002111BD">
              <w:rPr>
                <w:rFonts w:ascii="Rubik" w:hAnsi="Rubik" w:cs="Rubik"/>
              </w:rPr>
              <w:t>participant:</w:t>
            </w:r>
          </w:p>
          <w:p w:rsidR="00804A06" w:rsidRPr="002111BD" w:rsidRDefault="00804A06">
            <w:pPr>
              <w:rPr>
                <w:rFonts w:ascii="Rubik" w:hAnsi="Rubik" w:cs="Rubik"/>
              </w:rPr>
            </w:pPr>
          </w:p>
        </w:tc>
        <w:tc>
          <w:tcPr>
            <w:tcW w:w="4320" w:type="dxa"/>
          </w:tcPr>
          <w:p w:rsidR="005B2C78" w:rsidRPr="002111BD" w:rsidRDefault="005B2C78">
            <w:pPr>
              <w:rPr>
                <w:rFonts w:ascii="Rubik" w:hAnsi="Rubik" w:cs="Rubik"/>
              </w:rPr>
            </w:pPr>
          </w:p>
        </w:tc>
      </w:tr>
      <w:tr w:rsidR="005B2C78" w:rsidRPr="002111BD">
        <w:tc>
          <w:tcPr>
            <w:tcW w:w="4320" w:type="dxa"/>
          </w:tcPr>
          <w:p w:rsidR="005B2C78" w:rsidRPr="002111BD" w:rsidRDefault="00D91909">
            <w:pPr>
              <w:rPr>
                <w:rFonts w:ascii="Rubik" w:hAnsi="Rubik" w:cs="Rubik"/>
              </w:rPr>
            </w:pPr>
            <w:r w:rsidRPr="002111BD">
              <w:rPr>
                <w:rFonts w:ascii="Rubik" w:hAnsi="Rubik" w:cs="Rubik"/>
              </w:rPr>
              <w:t xml:space="preserve">Data </w:t>
            </w:r>
            <w:proofErr w:type="spellStart"/>
            <w:r w:rsidRPr="002111BD">
              <w:rPr>
                <w:rFonts w:ascii="Rubik" w:hAnsi="Rubik" w:cs="Rubik"/>
              </w:rPr>
              <w:t>i</w:t>
            </w:r>
            <w:proofErr w:type="spellEnd"/>
            <w:r w:rsidRPr="002111BD">
              <w:rPr>
                <w:rFonts w:ascii="Rubik" w:hAnsi="Rubik" w:cs="Rubik"/>
              </w:rPr>
              <w:t xml:space="preserve"> </w:t>
            </w:r>
            <w:proofErr w:type="spellStart"/>
            <w:r w:rsidRPr="002111BD">
              <w:rPr>
                <w:rFonts w:ascii="Rubik" w:hAnsi="Rubik" w:cs="Rubik"/>
              </w:rPr>
              <w:t>miejsce</w:t>
            </w:r>
            <w:proofErr w:type="spellEnd"/>
            <w:r w:rsidRPr="002111BD">
              <w:rPr>
                <w:rFonts w:ascii="Rubik" w:hAnsi="Rubik" w:cs="Rubik"/>
              </w:rPr>
              <w:t xml:space="preserve"> </w:t>
            </w:r>
            <w:proofErr w:type="spellStart"/>
            <w:r w:rsidRPr="002111BD">
              <w:rPr>
                <w:rFonts w:ascii="Rubik" w:hAnsi="Rubik" w:cs="Rubik"/>
              </w:rPr>
              <w:t>wyjazdu</w:t>
            </w:r>
            <w:proofErr w:type="spellEnd"/>
            <w:r>
              <w:rPr>
                <w:rFonts w:ascii="Rubik" w:hAnsi="Rubik" w:cs="Rubik"/>
              </w:rPr>
              <w:t>/</w:t>
            </w:r>
            <w:r w:rsidR="00804A06" w:rsidRPr="002111BD">
              <w:rPr>
                <w:rFonts w:ascii="Rubik" w:hAnsi="Rubik" w:cs="Rubik"/>
              </w:rPr>
              <w:t>Date and place of mobility</w:t>
            </w:r>
            <w:r>
              <w:rPr>
                <w:rFonts w:ascii="Rubik" w:hAnsi="Rubik" w:cs="Rubik"/>
              </w:rPr>
              <w:t>:</w:t>
            </w:r>
          </w:p>
          <w:p w:rsidR="00804A06" w:rsidRPr="002111BD" w:rsidRDefault="00804A06">
            <w:pPr>
              <w:rPr>
                <w:rFonts w:ascii="Rubik" w:hAnsi="Rubik" w:cs="Rubik"/>
              </w:rPr>
            </w:pPr>
          </w:p>
        </w:tc>
        <w:tc>
          <w:tcPr>
            <w:tcW w:w="4320" w:type="dxa"/>
          </w:tcPr>
          <w:p w:rsidR="005B2C78" w:rsidRPr="002111BD" w:rsidRDefault="005B2C78">
            <w:pPr>
              <w:rPr>
                <w:rFonts w:ascii="Rubik" w:hAnsi="Rubik" w:cs="Rubik"/>
              </w:rPr>
            </w:pPr>
          </w:p>
        </w:tc>
      </w:tr>
      <w:tr w:rsidR="005B2C78" w:rsidRPr="002111BD">
        <w:tc>
          <w:tcPr>
            <w:tcW w:w="4320" w:type="dxa"/>
          </w:tcPr>
          <w:p w:rsidR="005B2C78" w:rsidRPr="002111BD" w:rsidRDefault="00D91909">
            <w:pPr>
              <w:rPr>
                <w:rFonts w:ascii="Rubik" w:hAnsi="Rubik" w:cs="Rubik"/>
              </w:rPr>
            </w:pPr>
            <w:proofErr w:type="spellStart"/>
            <w:r w:rsidRPr="002111BD">
              <w:rPr>
                <w:rFonts w:ascii="Rubik" w:hAnsi="Rubik" w:cs="Rubik"/>
              </w:rPr>
              <w:t>Zdobyte</w:t>
            </w:r>
            <w:proofErr w:type="spellEnd"/>
            <w:r w:rsidRPr="002111BD">
              <w:rPr>
                <w:rFonts w:ascii="Rubik" w:hAnsi="Rubik" w:cs="Rubik"/>
              </w:rPr>
              <w:t xml:space="preserve"> doświadczenia i umiejętności (kompetencje </w:t>
            </w:r>
            <w:proofErr w:type="spellStart"/>
            <w:r w:rsidRPr="002111BD">
              <w:rPr>
                <w:rFonts w:ascii="Rubik" w:hAnsi="Rubik" w:cs="Rubik"/>
              </w:rPr>
              <w:t>zawodowe</w:t>
            </w:r>
            <w:proofErr w:type="spellEnd"/>
            <w:r w:rsidRPr="002111BD">
              <w:rPr>
                <w:rFonts w:ascii="Rubik" w:hAnsi="Rubik" w:cs="Rubik"/>
              </w:rPr>
              <w:t xml:space="preserve">, </w:t>
            </w:r>
            <w:proofErr w:type="spellStart"/>
            <w:r w:rsidRPr="002111BD">
              <w:rPr>
                <w:rFonts w:ascii="Rubik" w:hAnsi="Rubik" w:cs="Rubik"/>
              </w:rPr>
              <w:t>dydaktyczne</w:t>
            </w:r>
            <w:proofErr w:type="spellEnd"/>
            <w:r w:rsidRPr="002111BD">
              <w:rPr>
                <w:rFonts w:ascii="Rubik" w:hAnsi="Rubik" w:cs="Rubik"/>
              </w:rPr>
              <w:t xml:space="preserve">, </w:t>
            </w:r>
            <w:proofErr w:type="spellStart"/>
            <w:r w:rsidRPr="002111BD">
              <w:rPr>
                <w:rFonts w:ascii="Rubik" w:hAnsi="Rubik" w:cs="Rubik"/>
              </w:rPr>
              <w:t>językowe</w:t>
            </w:r>
            <w:proofErr w:type="spellEnd"/>
            <w:r w:rsidRPr="002111BD">
              <w:rPr>
                <w:rFonts w:ascii="Rubik" w:hAnsi="Rubik" w:cs="Rubik"/>
              </w:rPr>
              <w:t xml:space="preserve">, </w:t>
            </w:r>
            <w:proofErr w:type="spellStart"/>
            <w:r w:rsidRPr="002111BD">
              <w:rPr>
                <w:rFonts w:ascii="Rubik" w:hAnsi="Rubik" w:cs="Rubik"/>
              </w:rPr>
              <w:t>międzykulturowe</w:t>
            </w:r>
            <w:proofErr w:type="spellEnd"/>
            <w:r w:rsidRPr="002111BD">
              <w:rPr>
                <w:rFonts w:ascii="Rubik" w:hAnsi="Rubik" w:cs="Rubik"/>
              </w:rPr>
              <w:t>)</w:t>
            </w:r>
            <w:r w:rsidR="002111BD" w:rsidRPr="002111BD">
              <w:rPr>
                <w:rFonts w:ascii="Rubik" w:hAnsi="Rubik" w:cs="Rubik"/>
              </w:rPr>
              <w:t>/</w:t>
            </w:r>
          </w:p>
          <w:p w:rsidR="002111BD" w:rsidRPr="002111BD" w:rsidRDefault="002111BD">
            <w:pPr>
              <w:rPr>
                <w:rFonts w:ascii="Rubik" w:hAnsi="Rubik" w:cs="Rubik"/>
              </w:rPr>
            </w:pPr>
            <w:r w:rsidRPr="002111BD">
              <w:rPr>
                <w:rFonts w:ascii="Rubik" w:hAnsi="Rubik" w:cs="Rubik"/>
              </w:rPr>
              <w:t>Experience and skills gained (professional, teaching, linguistic, intercultural competences):</w:t>
            </w:r>
          </w:p>
          <w:p w:rsidR="002111BD" w:rsidRPr="002111BD" w:rsidRDefault="002111BD">
            <w:pPr>
              <w:rPr>
                <w:rFonts w:ascii="Rubik" w:hAnsi="Rubik" w:cs="Rubik"/>
              </w:rPr>
            </w:pPr>
          </w:p>
        </w:tc>
        <w:tc>
          <w:tcPr>
            <w:tcW w:w="4320" w:type="dxa"/>
          </w:tcPr>
          <w:p w:rsidR="005B2C78" w:rsidRPr="002111BD" w:rsidRDefault="005B2C78">
            <w:pPr>
              <w:rPr>
                <w:rFonts w:ascii="Rubik" w:hAnsi="Rubik" w:cs="Rubik"/>
              </w:rPr>
            </w:pPr>
          </w:p>
        </w:tc>
      </w:tr>
      <w:tr w:rsidR="005B2C78" w:rsidRPr="002111BD">
        <w:tc>
          <w:tcPr>
            <w:tcW w:w="4320" w:type="dxa"/>
          </w:tcPr>
          <w:p w:rsidR="005B2C78" w:rsidRPr="002111BD" w:rsidRDefault="00D91909">
            <w:pPr>
              <w:rPr>
                <w:rFonts w:ascii="Rubik" w:hAnsi="Rubik" w:cs="Rubik"/>
              </w:rPr>
            </w:pPr>
            <w:r w:rsidRPr="002111BD">
              <w:rPr>
                <w:rFonts w:ascii="Rubik" w:hAnsi="Rubik" w:cs="Rubik"/>
              </w:rPr>
              <w:t xml:space="preserve">Przykłady dobrych praktyk w instytucji </w:t>
            </w:r>
            <w:proofErr w:type="spellStart"/>
            <w:r w:rsidRPr="002111BD">
              <w:rPr>
                <w:rFonts w:ascii="Rubik" w:hAnsi="Rubik" w:cs="Rubik"/>
              </w:rPr>
              <w:t>przyjmującej</w:t>
            </w:r>
            <w:proofErr w:type="spellEnd"/>
            <w:r w:rsidR="002111BD" w:rsidRPr="002111BD">
              <w:rPr>
                <w:rFonts w:ascii="Rubik" w:hAnsi="Rubik" w:cs="Rubik"/>
              </w:rPr>
              <w:t>/ Examples of good practices at the host institution:</w:t>
            </w:r>
          </w:p>
          <w:p w:rsidR="002111BD" w:rsidRPr="002111BD" w:rsidRDefault="002111BD">
            <w:pPr>
              <w:rPr>
                <w:rFonts w:ascii="Rubik" w:hAnsi="Rubik" w:cs="Rubik"/>
              </w:rPr>
            </w:pPr>
          </w:p>
        </w:tc>
        <w:tc>
          <w:tcPr>
            <w:tcW w:w="4320" w:type="dxa"/>
          </w:tcPr>
          <w:p w:rsidR="005B2C78" w:rsidRPr="002111BD" w:rsidRDefault="005B2C78">
            <w:pPr>
              <w:rPr>
                <w:rFonts w:ascii="Rubik" w:hAnsi="Rubik" w:cs="Rubik"/>
              </w:rPr>
            </w:pPr>
          </w:p>
        </w:tc>
      </w:tr>
      <w:tr w:rsidR="005B2C78" w:rsidRPr="002111BD">
        <w:tc>
          <w:tcPr>
            <w:tcW w:w="4320" w:type="dxa"/>
          </w:tcPr>
          <w:p w:rsidR="005B2C78" w:rsidRPr="002111BD" w:rsidRDefault="00D91909">
            <w:pPr>
              <w:rPr>
                <w:rFonts w:ascii="Rubik" w:hAnsi="Rubik" w:cs="Rubik"/>
              </w:rPr>
            </w:pPr>
            <w:r w:rsidRPr="002111BD">
              <w:rPr>
                <w:rFonts w:ascii="Rubik" w:hAnsi="Rubik" w:cs="Rubik"/>
              </w:rPr>
              <w:t xml:space="preserve">Możliwości dalszej </w:t>
            </w:r>
            <w:proofErr w:type="spellStart"/>
            <w:r w:rsidRPr="002111BD">
              <w:rPr>
                <w:rFonts w:ascii="Rubik" w:hAnsi="Rubik" w:cs="Rubik"/>
              </w:rPr>
              <w:t>współpracy</w:t>
            </w:r>
            <w:proofErr w:type="spellEnd"/>
            <w:r w:rsidRPr="002111BD">
              <w:rPr>
                <w:rFonts w:ascii="Rubik" w:hAnsi="Rubik" w:cs="Rubik"/>
              </w:rPr>
              <w:t xml:space="preserve"> (</w:t>
            </w:r>
            <w:proofErr w:type="spellStart"/>
            <w:r w:rsidRPr="002111BD">
              <w:rPr>
                <w:rFonts w:ascii="Rubik" w:hAnsi="Rubik" w:cs="Rubik"/>
              </w:rPr>
              <w:t>projekty</w:t>
            </w:r>
            <w:proofErr w:type="spellEnd"/>
            <w:r w:rsidRPr="002111BD">
              <w:rPr>
                <w:rFonts w:ascii="Rubik" w:hAnsi="Rubik" w:cs="Rubik"/>
              </w:rPr>
              <w:t xml:space="preserve">, </w:t>
            </w:r>
            <w:proofErr w:type="spellStart"/>
            <w:r w:rsidRPr="002111BD">
              <w:rPr>
                <w:rFonts w:ascii="Rubik" w:hAnsi="Rubik" w:cs="Rubik"/>
              </w:rPr>
              <w:t>wymiany</w:t>
            </w:r>
            <w:proofErr w:type="spellEnd"/>
            <w:r w:rsidRPr="002111BD">
              <w:rPr>
                <w:rFonts w:ascii="Rubik" w:hAnsi="Rubik" w:cs="Rubik"/>
              </w:rPr>
              <w:t xml:space="preserve">, </w:t>
            </w:r>
            <w:proofErr w:type="spellStart"/>
            <w:r w:rsidRPr="002111BD">
              <w:rPr>
                <w:rFonts w:ascii="Rubik" w:hAnsi="Rubik" w:cs="Rubik"/>
              </w:rPr>
              <w:t>inicjatywy</w:t>
            </w:r>
            <w:proofErr w:type="spellEnd"/>
            <w:r w:rsidRPr="002111BD">
              <w:rPr>
                <w:rFonts w:ascii="Rubik" w:hAnsi="Rubik" w:cs="Rubik"/>
              </w:rPr>
              <w:t>)</w:t>
            </w:r>
            <w:r w:rsidR="002111BD" w:rsidRPr="002111BD">
              <w:rPr>
                <w:rFonts w:ascii="Rubik" w:hAnsi="Rubik" w:cs="Rubik"/>
              </w:rPr>
              <w:t>/ Prospects for further cooperation (projects, exchanges, joint initiatives):</w:t>
            </w:r>
          </w:p>
          <w:p w:rsidR="002111BD" w:rsidRPr="002111BD" w:rsidRDefault="002111BD">
            <w:pPr>
              <w:rPr>
                <w:rFonts w:ascii="Rubik" w:hAnsi="Rubik" w:cs="Rubik"/>
              </w:rPr>
            </w:pPr>
          </w:p>
        </w:tc>
        <w:tc>
          <w:tcPr>
            <w:tcW w:w="4320" w:type="dxa"/>
          </w:tcPr>
          <w:p w:rsidR="005B2C78" w:rsidRPr="002111BD" w:rsidRDefault="005B2C78">
            <w:pPr>
              <w:rPr>
                <w:rFonts w:ascii="Rubik" w:hAnsi="Rubik" w:cs="Rubik"/>
              </w:rPr>
            </w:pPr>
          </w:p>
        </w:tc>
      </w:tr>
      <w:tr w:rsidR="005B2C78" w:rsidRPr="002111BD">
        <w:tc>
          <w:tcPr>
            <w:tcW w:w="4320" w:type="dxa"/>
          </w:tcPr>
          <w:p w:rsidR="005B2C78" w:rsidRPr="002111BD" w:rsidRDefault="00D91909">
            <w:pPr>
              <w:rPr>
                <w:rFonts w:ascii="Rubik" w:hAnsi="Rubik" w:cs="Rubik"/>
              </w:rPr>
            </w:pPr>
            <w:r w:rsidRPr="002111BD">
              <w:rPr>
                <w:rFonts w:ascii="Rubik" w:hAnsi="Rubik" w:cs="Rubik"/>
              </w:rPr>
              <w:t xml:space="preserve">Osoba kontaktowa w instytucji </w:t>
            </w:r>
            <w:proofErr w:type="spellStart"/>
            <w:r w:rsidRPr="002111BD">
              <w:rPr>
                <w:rFonts w:ascii="Rubik" w:hAnsi="Rubik" w:cs="Rubik"/>
              </w:rPr>
              <w:t>przyjmującej</w:t>
            </w:r>
            <w:proofErr w:type="spellEnd"/>
            <w:r w:rsidRPr="002111BD">
              <w:rPr>
                <w:rFonts w:ascii="Rubik" w:hAnsi="Rubik" w:cs="Rubik"/>
              </w:rPr>
              <w:t xml:space="preserve"> (</w:t>
            </w:r>
            <w:proofErr w:type="spellStart"/>
            <w:r w:rsidRPr="002111BD">
              <w:rPr>
                <w:rFonts w:ascii="Rubik" w:hAnsi="Rubik" w:cs="Rubik"/>
              </w:rPr>
              <w:t>imię</w:t>
            </w:r>
            <w:proofErr w:type="spellEnd"/>
            <w:r w:rsidRPr="002111BD">
              <w:rPr>
                <w:rFonts w:ascii="Rubik" w:hAnsi="Rubik" w:cs="Rubik"/>
              </w:rPr>
              <w:t xml:space="preserve">, </w:t>
            </w:r>
            <w:proofErr w:type="spellStart"/>
            <w:r w:rsidRPr="002111BD">
              <w:rPr>
                <w:rFonts w:ascii="Rubik" w:hAnsi="Rubik" w:cs="Rubik"/>
              </w:rPr>
              <w:t>nazwisko</w:t>
            </w:r>
            <w:proofErr w:type="spellEnd"/>
            <w:r w:rsidRPr="002111BD">
              <w:rPr>
                <w:rFonts w:ascii="Rubik" w:hAnsi="Rubik" w:cs="Rubik"/>
              </w:rPr>
              <w:t>, e-mail</w:t>
            </w:r>
            <w:r>
              <w:rPr>
                <w:rFonts w:ascii="Rubik" w:hAnsi="Rubik" w:cs="Rubik"/>
              </w:rPr>
              <w:t xml:space="preserve">, </w:t>
            </w:r>
            <w:proofErr w:type="spellStart"/>
            <w:r>
              <w:rPr>
                <w:rFonts w:ascii="Rubik" w:hAnsi="Rubik" w:cs="Rubik"/>
              </w:rPr>
              <w:t>pozycja</w:t>
            </w:r>
            <w:proofErr w:type="spellEnd"/>
            <w:r w:rsidRPr="002111BD">
              <w:rPr>
                <w:rFonts w:ascii="Rubik" w:hAnsi="Rubik" w:cs="Rubik"/>
              </w:rPr>
              <w:t>)</w:t>
            </w:r>
            <w:r w:rsidR="002111BD" w:rsidRPr="002111BD">
              <w:rPr>
                <w:rFonts w:ascii="Rubik" w:hAnsi="Rubik" w:cs="Rubik"/>
              </w:rPr>
              <w:t>/ Contact person at the host institution (name</w:t>
            </w:r>
            <w:r>
              <w:rPr>
                <w:rFonts w:ascii="Rubik" w:hAnsi="Rubik" w:cs="Rubik"/>
              </w:rPr>
              <w:t xml:space="preserve"> and surname</w:t>
            </w:r>
            <w:bookmarkStart w:id="0" w:name="_GoBack"/>
            <w:bookmarkEnd w:id="0"/>
            <w:r w:rsidR="002111BD" w:rsidRPr="002111BD">
              <w:rPr>
                <w:rFonts w:ascii="Rubik" w:hAnsi="Rubik" w:cs="Rubik"/>
              </w:rPr>
              <w:t>, e-mail</w:t>
            </w:r>
            <w:r>
              <w:rPr>
                <w:rFonts w:ascii="Rubik" w:hAnsi="Rubik" w:cs="Rubik"/>
              </w:rPr>
              <w:t>, position</w:t>
            </w:r>
            <w:r w:rsidR="002111BD" w:rsidRPr="002111BD">
              <w:rPr>
                <w:rFonts w:ascii="Rubik" w:hAnsi="Rubik" w:cs="Rubik"/>
              </w:rPr>
              <w:t>):</w:t>
            </w:r>
          </w:p>
          <w:p w:rsidR="002111BD" w:rsidRPr="002111BD" w:rsidRDefault="002111BD">
            <w:pPr>
              <w:rPr>
                <w:rFonts w:ascii="Rubik" w:hAnsi="Rubik" w:cs="Rubik"/>
              </w:rPr>
            </w:pPr>
          </w:p>
        </w:tc>
        <w:tc>
          <w:tcPr>
            <w:tcW w:w="4320" w:type="dxa"/>
          </w:tcPr>
          <w:p w:rsidR="005B2C78" w:rsidRPr="002111BD" w:rsidRDefault="005B2C78">
            <w:pPr>
              <w:rPr>
                <w:rFonts w:ascii="Rubik" w:hAnsi="Rubik" w:cs="Rubik"/>
              </w:rPr>
            </w:pPr>
          </w:p>
        </w:tc>
      </w:tr>
      <w:tr w:rsidR="005B2C78" w:rsidRPr="002111BD">
        <w:tc>
          <w:tcPr>
            <w:tcW w:w="4320" w:type="dxa"/>
          </w:tcPr>
          <w:p w:rsidR="002111BD" w:rsidRPr="002111BD" w:rsidRDefault="002111BD" w:rsidP="00D91909">
            <w:pPr>
              <w:rPr>
                <w:rFonts w:ascii="Rubik" w:hAnsi="Rubik" w:cs="Rubik"/>
              </w:rPr>
            </w:pPr>
            <w:proofErr w:type="spellStart"/>
            <w:r w:rsidRPr="002111BD">
              <w:rPr>
                <w:rFonts w:ascii="Rubik" w:hAnsi="Rubik" w:cs="Rubik"/>
              </w:rPr>
              <w:t>Prosimy</w:t>
            </w:r>
            <w:proofErr w:type="spellEnd"/>
            <w:r w:rsidRPr="002111BD">
              <w:rPr>
                <w:rFonts w:ascii="Rubik" w:hAnsi="Rubik" w:cs="Rubik"/>
              </w:rPr>
              <w:t xml:space="preserve"> o </w:t>
            </w:r>
            <w:proofErr w:type="spellStart"/>
            <w:r w:rsidRPr="002111BD">
              <w:rPr>
                <w:rFonts w:ascii="Rubik" w:hAnsi="Rubik" w:cs="Rubik"/>
              </w:rPr>
              <w:t>przygotowanie</w:t>
            </w:r>
            <w:proofErr w:type="spellEnd"/>
            <w:r w:rsidRPr="002111BD">
              <w:rPr>
                <w:rFonts w:ascii="Rubik" w:hAnsi="Rubik" w:cs="Rubik"/>
              </w:rPr>
              <w:t xml:space="preserve"> </w:t>
            </w:r>
            <w:proofErr w:type="spellStart"/>
            <w:r w:rsidRPr="002111BD">
              <w:rPr>
                <w:rFonts w:ascii="Rubik" w:hAnsi="Rubik" w:cs="Rubik"/>
              </w:rPr>
              <w:t>krótkiego</w:t>
            </w:r>
            <w:proofErr w:type="spellEnd"/>
            <w:r w:rsidRPr="002111BD">
              <w:rPr>
                <w:rFonts w:ascii="Rubik" w:hAnsi="Rubik" w:cs="Rubik"/>
              </w:rPr>
              <w:t xml:space="preserve"> </w:t>
            </w:r>
            <w:proofErr w:type="spellStart"/>
            <w:r w:rsidRPr="002111BD">
              <w:rPr>
                <w:rFonts w:ascii="Rubik" w:hAnsi="Rubik" w:cs="Rubik"/>
              </w:rPr>
              <w:t>tekstu</w:t>
            </w:r>
            <w:proofErr w:type="spellEnd"/>
            <w:r w:rsidRPr="002111BD">
              <w:rPr>
                <w:rFonts w:ascii="Rubik" w:hAnsi="Rubik" w:cs="Rubik"/>
              </w:rPr>
              <w:t xml:space="preserve"> </w:t>
            </w:r>
            <w:proofErr w:type="spellStart"/>
            <w:r w:rsidRPr="002111BD">
              <w:rPr>
                <w:rFonts w:ascii="Rubik" w:hAnsi="Rubik" w:cs="Rubik"/>
              </w:rPr>
              <w:t>opisującego</w:t>
            </w:r>
            <w:proofErr w:type="spellEnd"/>
            <w:r w:rsidRPr="002111BD">
              <w:rPr>
                <w:rFonts w:ascii="Rubik" w:hAnsi="Rubik" w:cs="Rubik"/>
              </w:rPr>
              <w:t xml:space="preserve"> </w:t>
            </w:r>
            <w:proofErr w:type="spellStart"/>
            <w:r w:rsidRPr="002111BD">
              <w:rPr>
                <w:rFonts w:ascii="Rubik" w:hAnsi="Rubik" w:cs="Rubik"/>
              </w:rPr>
              <w:t>wyjazd</w:t>
            </w:r>
            <w:proofErr w:type="spellEnd"/>
            <w:r w:rsidRPr="002111BD">
              <w:rPr>
                <w:rFonts w:ascii="Rubik" w:hAnsi="Rubik" w:cs="Rubik"/>
              </w:rPr>
              <w:t xml:space="preserve">, </w:t>
            </w:r>
            <w:proofErr w:type="spellStart"/>
            <w:r w:rsidRPr="002111BD">
              <w:rPr>
                <w:rFonts w:ascii="Rubik" w:hAnsi="Rubik" w:cs="Rubik"/>
              </w:rPr>
              <w:t>który</w:t>
            </w:r>
            <w:proofErr w:type="spellEnd"/>
            <w:r w:rsidRPr="002111BD">
              <w:rPr>
                <w:rFonts w:ascii="Rubik" w:hAnsi="Rubik" w:cs="Rubik"/>
              </w:rPr>
              <w:t xml:space="preserve"> </w:t>
            </w:r>
            <w:proofErr w:type="spellStart"/>
            <w:r w:rsidRPr="002111BD">
              <w:rPr>
                <w:rFonts w:ascii="Rubik" w:hAnsi="Rubik" w:cs="Rubik"/>
              </w:rPr>
              <w:t>może</w:t>
            </w:r>
            <w:proofErr w:type="spellEnd"/>
            <w:r w:rsidRPr="002111BD">
              <w:rPr>
                <w:rFonts w:ascii="Rubik" w:hAnsi="Rubik" w:cs="Rubik"/>
              </w:rPr>
              <w:t xml:space="preserve"> </w:t>
            </w:r>
            <w:proofErr w:type="spellStart"/>
            <w:r w:rsidRPr="002111BD">
              <w:rPr>
                <w:rFonts w:ascii="Rubik" w:hAnsi="Rubik" w:cs="Rubik"/>
              </w:rPr>
              <w:t>zostać</w:t>
            </w:r>
            <w:proofErr w:type="spellEnd"/>
            <w:r w:rsidRPr="002111BD">
              <w:rPr>
                <w:rFonts w:ascii="Rubik" w:hAnsi="Rubik" w:cs="Rubik"/>
              </w:rPr>
              <w:t xml:space="preserve"> </w:t>
            </w:r>
            <w:proofErr w:type="spellStart"/>
            <w:r w:rsidRPr="002111BD">
              <w:rPr>
                <w:rFonts w:ascii="Rubik" w:hAnsi="Rubik" w:cs="Rubik"/>
              </w:rPr>
              <w:t>wykorzystany</w:t>
            </w:r>
            <w:proofErr w:type="spellEnd"/>
            <w:r w:rsidRPr="002111BD">
              <w:rPr>
                <w:rFonts w:ascii="Rubik" w:hAnsi="Rubik" w:cs="Rubik"/>
              </w:rPr>
              <w:t xml:space="preserve"> </w:t>
            </w:r>
            <w:proofErr w:type="spellStart"/>
            <w:r w:rsidRPr="002111BD">
              <w:rPr>
                <w:rFonts w:ascii="Rubik" w:hAnsi="Rubik" w:cs="Rubik"/>
              </w:rPr>
              <w:t>na</w:t>
            </w:r>
            <w:proofErr w:type="spellEnd"/>
            <w:r w:rsidRPr="002111BD">
              <w:rPr>
                <w:rFonts w:ascii="Rubik" w:hAnsi="Rubik" w:cs="Rubik"/>
              </w:rPr>
              <w:t xml:space="preserve"> </w:t>
            </w:r>
            <w:proofErr w:type="spellStart"/>
            <w:r w:rsidRPr="002111BD">
              <w:rPr>
                <w:rFonts w:ascii="Rubik" w:hAnsi="Rubik" w:cs="Rubik"/>
              </w:rPr>
              <w:t>stronie</w:t>
            </w:r>
            <w:proofErr w:type="spellEnd"/>
            <w:r w:rsidRPr="002111BD">
              <w:rPr>
                <w:rFonts w:ascii="Rubik" w:hAnsi="Rubik" w:cs="Rubik"/>
              </w:rPr>
              <w:t xml:space="preserve"> www</w:t>
            </w:r>
            <w:r w:rsidRPr="002111BD">
              <w:rPr>
                <w:rFonts w:ascii="Rubik" w:hAnsi="Rubik" w:cs="Rubik"/>
              </w:rPr>
              <w:t xml:space="preserve"> (</w:t>
            </w:r>
            <w:proofErr w:type="spellStart"/>
            <w:r w:rsidRPr="002111BD">
              <w:rPr>
                <w:rFonts w:ascii="Rubik" w:hAnsi="Rubik" w:cs="Rubik"/>
              </w:rPr>
              <w:t>informacja</w:t>
            </w:r>
            <w:proofErr w:type="spellEnd"/>
            <w:r w:rsidRPr="002111BD">
              <w:rPr>
                <w:rFonts w:ascii="Rubik" w:hAnsi="Rubik" w:cs="Rubik"/>
              </w:rPr>
              <w:t xml:space="preserve"> o </w:t>
            </w:r>
            <w:proofErr w:type="spellStart"/>
            <w:r w:rsidRPr="002111BD">
              <w:rPr>
                <w:rFonts w:ascii="Rubik" w:hAnsi="Rubik" w:cs="Rubik"/>
              </w:rPr>
              <w:t>instytucji</w:t>
            </w:r>
            <w:proofErr w:type="spellEnd"/>
            <w:r w:rsidRPr="002111BD">
              <w:rPr>
                <w:rFonts w:ascii="Rubik" w:hAnsi="Rubik" w:cs="Rubik"/>
              </w:rPr>
              <w:t xml:space="preserve"> </w:t>
            </w:r>
            <w:proofErr w:type="spellStart"/>
            <w:r w:rsidRPr="002111BD">
              <w:rPr>
                <w:rFonts w:ascii="Rubik" w:hAnsi="Rubik" w:cs="Rubik"/>
              </w:rPr>
              <w:t>przyjmującej</w:t>
            </w:r>
            <w:proofErr w:type="spellEnd"/>
            <w:r w:rsidRPr="002111BD">
              <w:rPr>
                <w:rFonts w:ascii="Rubik" w:hAnsi="Rubik" w:cs="Rubik"/>
              </w:rPr>
              <w:t xml:space="preserve">, </w:t>
            </w:r>
            <w:proofErr w:type="spellStart"/>
            <w:r w:rsidRPr="002111BD">
              <w:rPr>
                <w:rFonts w:ascii="Rubik" w:hAnsi="Rubik" w:cs="Rubik"/>
              </w:rPr>
              <w:t>przebieg</w:t>
            </w:r>
            <w:proofErr w:type="spellEnd"/>
            <w:r w:rsidRPr="002111BD">
              <w:rPr>
                <w:rFonts w:ascii="Rubik" w:hAnsi="Rubik" w:cs="Rubik"/>
              </w:rPr>
              <w:t xml:space="preserve"> </w:t>
            </w:r>
            <w:proofErr w:type="spellStart"/>
            <w:r w:rsidRPr="002111BD">
              <w:rPr>
                <w:rFonts w:ascii="Rubik" w:hAnsi="Rubik" w:cs="Rubik"/>
              </w:rPr>
              <w:t>pobytu</w:t>
            </w:r>
            <w:proofErr w:type="spellEnd"/>
            <w:r w:rsidR="00D91909">
              <w:rPr>
                <w:rFonts w:ascii="Rubik" w:hAnsi="Rubik" w:cs="Rubik"/>
              </w:rPr>
              <w:t>)/</w:t>
            </w:r>
            <w:r w:rsidR="00D91909">
              <w:t xml:space="preserve"> </w:t>
            </w:r>
            <w:r w:rsidR="00D91909" w:rsidRPr="00D91909">
              <w:rPr>
                <w:rFonts w:ascii="Rubik" w:hAnsi="Rubik" w:cs="Rubik"/>
              </w:rPr>
              <w:t xml:space="preserve">Please prepare a short text describing the mobility which may be used on the website (information about the host institution, details of the </w:t>
            </w:r>
            <w:r w:rsidR="00D91909">
              <w:rPr>
                <w:rFonts w:ascii="Rubik" w:hAnsi="Rubik" w:cs="Rubik"/>
              </w:rPr>
              <w:t>mobility</w:t>
            </w:r>
            <w:r w:rsidR="00D91909" w:rsidRPr="00D91909">
              <w:rPr>
                <w:rFonts w:ascii="Rubik" w:hAnsi="Rubik" w:cs="Rubik"/>
              </w:rPr>
              <w:t>)</w:t>
            </w:r>
            <w:r w:rsidR="00D91909">
              <w:rPr>
                <w:rFonts w:ascii="Rubik" w:hAnsi="Rubik" w:cs="Rubik"/>
              </w:rPr>
              <w:t>:</w:t>
            </w:r>
          </w:p>
        </w:tc>
        <w:tc>
          <w:tcPr>
            <w:tcW w:w="4320" w:type="dxa"/>
          </w:tcPr>
          <w:p w:rsidR="005B2C78" w:rsidRPr="002111BD" w:rsidRDefault="005B2C78">
            <w:pPr>
              <w:rPr>
                <w:rFonts w:ascii="Rubik" w:hAnsi="Rubik" w:cs="Rubik"/>
              </w:rPr>
            </w:pPr>
          </w:p>
        </w:tc>
      </w:tr>
    </w:tbl>
    <w:p w:rsidR="00000000" w:rsidRPr="002111BD" w:rsidRDefault="00D91909">
      <w:pPr>
        <w:rPr>
          <w:rFonts w:ascii="Rubik" w:hAnsi="Rubik" w:cs="Rubik"/>
        </w:rPr>
      </w:pPr>
    </w:p>
    <w:p w:rsidR="00804A06" w:rsidRDefault="00D91909">
      <w:pPr>
        <w:rPr>
          <w:rFonts w:ascii="Rubik" w:hAnsi="Rubik" w:cs="Rubik"/>
        </w:rPr>
      </w:pPr>
      <w:r>
        <w:rPr>
          <w:rFonts w:ascii="Rubik" w:hAnsi="Rubik" w:cs="Rubik"/>
        </w:rPr>
        <w:lastRenderedPageBreak/>
        <w:t xml:space="preserve">1. </w:t>
      </w:r>
      <w:proofErr w:type="spellStart"/>
      <w:r w:rsidR="00804A06" w:rsidRPr="002111BD">
        <w:rPr>
          <w:rFonts w:ascii="Rubik" w:hAnsi="Rubik" w:cs="Rubik"/>
        </w:rPr>
        <w:t>Załączniki</w:t>
      </w:r>
      <w:proofErr w:type="spellEnd"/>
      <w:r w:rsidR="00804A06" w:rsidRPr="002111BD">
        <w:rPr>
          <w:rFonts w:ascii="Rubik" w:hAnsi="Rubik" w:cs="Rubik"/>
        </w:rPr>
        <w:t xml:space="preserve">: </w:t>
      </w:r>
      <w:proofErr w:type="spellStart"/>
      <w:r w:rsidR="00804A06" w:rsidRPr="002111BD">
        <w:rPr>
          <w:rFonts w:ascii="Rubik" w:hAnsi="Rubik" w:cs="Rubik"/>
        </w:rPr>
        <w:t>zdjęcia</w:t>
      </w:r>
      <w:proofErr w:type="spellEnd"/>
      <w:r w:rsidR="00804A06" w:rsidRPr="002111BD">
        <w:rPr>
          <w:rFonts w:ascii="Rubik" w:hAnsi="Rubik" w:cs="Rubik"/>
        </w:rPr>
        <w:t xml:space="preserve"> z </w:t>
      </w:r>
      <w:proofErr w:type="spellStart"/>
      <w:r w:rsidR="00804A06" w:rsidRPr="002111BD">
        <w:rPr>
          <w:rFonts w:ascii="Rubik" w:hAnsi="Rubik" w:cs="Rubik"/>
        </w:rPr>
        <w:t>pobytu</w:t>
      </w:r>
      <w:proofErr w:type="spellEnd"/>
      <w:r w:rsidR="00804A06" w:rsidRPr="002111BD">
        <w:rPr>
          <w:rFonts w:ascii="Rubik" w:hAnsi="Rubik" w:cs="Rubik"/>
        </w:rPr>
        <w:t xml:space="preserve">, </w:t>
      </w:r>
      <w:proofErr w:type="spellStart"/>
      <w:r w:rsidR="00804A06" w:rsidRPr="002111BD">
        <w:rPr>
          <w:rFonts w:ascii="Rubik" w:hAnsi="Rubik" w:cs="Rubik"/>
        </w:rPr>
        <w:t>publikacje</w:t>
      </w:r>
      <w:proofErr w:type="spellEnd"/>
      <w:r w:rsidR="00804A06" w:rsidRPr="002111BD">
        <w:rPr>
          <w:rFonts w:ascii="Rubik" w:hAnsi="Rubik" w:cs="Rubik"/>
        </w:rPr>
        <w:t xml:space="preserve">, </w:t>
      </w:r>
      <w:proofErr w:type="spellStart"/>
      <w:r w:rsidR="00804A06" w:rsidRPr="002111BD">
        <w:rPr>
          <w:rFonts w:ascii="Rubik" w:hAnsi="Rubik" w:cs="Rubik"/>
        </w:rPr>
        <w:t>materiały</w:t>
      </w:r>
      <w:proofErr w:type="spellEnd"/>
      <w:r w:rsidR="00804A06" w:rsidRPr="002111BD">
        <w:rPr>
          <w:rFonts w:ascii="Rubik" w:hAnsi="Rubik" w:cs="Rubik"/>
        </w:rPr>
        <w:t xml:space="preserve"> </w:t>
      </w:r>
      <w:proofErr w:type="spellStart"/>
      <w:r w:rsidR="00804A06" w:rsidRPr="002111BD">
        <w:rPr>
          <w:rFonts w:ascii="Rubik" w:hAnsi="Rubik" w:cs="Rubik"/>
        </w:rPr>
        <w:t>promocyjne</w:t>
      </w:r>
      <w:proofErr w:type="spellEnd"/>
      <w:r w:rsidR="002111BD" w:rsidRPr="002111BD">
        <w:rPr>
          <w:rFonts w:ascii="Rubik" w:hAnsi="Rubik" w:cs="Rubik"/>
        </w:rPr>
        <w:t xml:space="preserve"> </w:t>
      </w:r>
      <w:proofErr w:type="spellStart"/>
      <w:r w:rsidR="002111BD" w:rsidRPr="002111BD">
        <w:rPr>
          <w:rFonts w:ascii="Rubik" w:hAnsi="Rubik" w:cs="Rubik"/>
        </w:rPr>
        <w:t>powinny</w:t>
      </w:r>
      <w:proofErr w:type="spellEnd"/>
      <w:r w:rsidR="002111BD" w:rsidRPr="002111BD">
        <w:rPr>
          <w:rFonts w:ascii="Rubik" w:hAnsi="Rubik" w:cs="Rubik"/>
        </w:rPr>
        <w:t xml:space="preserve"> </w:t>
      </w:r>
      <w:proofErr w:type="spellStart"/>
      <w:r w:rsidR="002111BD" w:rsidRPr="002111BD">
        <w:rPr>
          <w:rFonts w:ascii="Rubik" w:hAnsi="Rubik" w:cs="Rubik"/>
        </w:rPr>
        <w:t>zostać</w:t>
      </w:r>
      <w:proofErr w:type="spellEnd"/>
      <w:r w:rsidR="002111BD" w:rsidRPr="002111BD">
        <w:rPr>
          <w:rFonts w:ascii="Rubik" w:hAnsi="Rubik" w:cs="Rubik"/>
        </w:rPr>
        <w:t xml:space="preserve"> </w:t>
      </w:r>
      <w:proofErr w:type="spellStart"/>
      <w:r w:rsidR="002111BD" w:rsidRPr="002111BD">
        <w:rPr>
          <w:rFonts w:ascii="Rubik" w:hAnsi="Rubik" w:cs="Rubik"/>
        </w:rPr>
        <w:t>przesłane</w:t>
      </w:r>
      <w:proofErr w:type="spellEnd"/>
      <w:r w:rsidR="002111BD" w:rsidRPr="002111BD">
        <w:rPr>
          <w:rFonts w:ascii="Rubik" w:hAnsi="Rubik" w:cs="Rubik"/>
        </w:rPr>
        <w:t xml:space="preserve"> do </w:t>
      </w:r>
      <w:proofErr w:type="spellStart"/>
      <w:r w:rsidR="002111BD" w:rsidRPr="002111BD">
        <w:rPr>
          <w:rFonts w:ascii="Rubik" w:hAnsi="Rubik" w:cs="Rubik"/>
        </w:rPr>
        <w:t>Koordynatora</w:t>
      </w:r>
      <w:proofErr w:type="spellEnd"/>
      <w:r w:rsidR="002111BD" w:rsidRPr="002111BD">
        <w:rPr>
          <w:rFonts w:ascii="Rubik" w:hAnsi="Rubik" w:cs="Rubik"/>
        </w:rPr>
        <w:t xml:space="preserve"> ds. </w:t>
      </w:r>
      <w:proofErr w:type="spellStart"/>
      <w:r w:rsidR="002111BD" w:rsidRPr="002111BD">
        <w:rPr>
          <w:rFonts w:ascii="Rubik" w:hAnsi="Rubik" w:cs="Rubik"/>
        </w:rPr>
        <w:t>Mobilności</w:t>
      </w:r>
      <w:proofErr w:type="spellEnd"/>
      <w:r w:rsidR="002111BD" w:rsidRPr="002111BD">
        <w:rPr>
          <w:rFonts w:ascii="Rubik" w:hAnsi="Rubik" w:cs="Rubik"/>
        </w:rPr>
        <w:t xml:space="preserve"> </w:t>
      </w:r>
      <w:proofErr w:type="spellStart"/>
      <w:r w:rsidR="002111BD" w:rsidRPr="002111BD">
        <w:rPr>
          <w:rFonts w:ascii="Rubik" w:hAnsi="Rubik" w:cs="Rubik"/>
        </w:rPr>
        <w:t>Akademickiej</w:t>
      </w:r>
      <w:proofErr w:type="spellEnd"/>
      <w:r w:rsidR="00804A06" w:rsidRPr="002111BD">
        <w:rPr>
          <w:rFonts w:ascii="Rubik" w:hAnsi="Rubik" w:cs="Rubik"/>
        </w:rPr>
        <w:t xml:space="preserve">/ </w:t>
      </w:r>
      <w:r w:rsidR="00804A06" w:rsidRPr="002111BD">
        <w:rPr>
          <w:rFonts w:ascii="Rubik" w:hAnsi="Rubik" w:cs="Rubik"/>
        </w:rPr>
        <w:t>Attachments: photos from the stay, publications, promotional materials</w:t>
      </w:r>
      <w:r w:rsidR="002111BD">
        <w:rPr>
          <w:rFonts w:ascii="Rubik" w:hAnsi="Rubik" w:cs="Rubik"/>
        </w:rPr>
        <w:t xml:space="preserve"> should be sent to Academic Mobility Coordinator</w:t>
      </w:r>
      <w:r>
        <w:rPr>
          <w:rFonts w:ascii="Rubik" w:hAnsi="Rubik" w:cs="Rubik"/>
        </w:rPr>
        <w:t>.</w:t>
      </w:r>
    </w:p>
    <w:p w:rsidR="00D91909" w:rsidRDefault="00D91909">
      <w:pPr>
        <w:rPr>
          <w:rFonts w:ascii="Rubik" w:hAnsi="Rubik" w:cs="Rubik"/>
        </w:rPr>
      </w:pPr>
    </w:p>
    <w:p w:rsidR="00D91909" w:rsidRPr="002111BD" w:rsidRDefault="00D91909">
      <w:pPr>
        <w:rPr>
          <w:rFonts w:ascii="Rubik" w:hAnsi="Rubik" w:cs="Rubik"/>
        </w:rPr>
      </w:pPr>
      <w:r w:rsidRPr="00D91909">
        <w:rPr>
          <w:rFonts w:ascii="Rubik" w:hAnsi="Rubik" w:cs="Rubik"/>
        </w:rPr>
        <w:t xml:space="preserve">2. W </w:t>
      </w:r>
      <w:proofErr w:type="spellStart"/>
      <w:r w:rsidRPr="00D91909">
        <w:rPr>
          <w:rFonts w:ascii="Rubik" w:hAnsi="Rubik" w:cs="Rubik"/>
        </w:rPr>
        <w:t>ramach</w:t>
      </w:r>
      <w:proofErr w:type="spellEnd"/>
      <w:r w:rsidRPr="00D91909">
        <w:rPr>
          <w:rFonts w:ascii="Rubik" w:hAnsi="Rubik" w:cs="Rubik"/>
        </w:rPr>
        <w:t xml:space="preserve"> </w:t>
      </w:r>
      <w:proofErr w:type="spellStart"/>
      <w:r w:rsidRPr="00D91909">
        <w:rPr>
          <w:rFonts w:ascii="Rubik" w:hAnsi="Rubik" w:cs="Rubik"/>
        </w:rPr>
        <w:t>upowszechniania</w:t>
      </w:r>
      <w:proofErr w:type="spellEnd"/>
      <w:r w:rsidRPr="00D91909">
        <w:rPr>
          <w:rFonts w:ascii="Rubik" w:hAnsi="Rubik" w:cs="Rubik"/>
        </w:rPr>
        <w:t xml:space="preserve"> </w:t>
      </w:r>
      <w:proofErr w:type="spellStart"/>
      <w:r w:rsidRPr="00D91909">
        <w:rPr>
          <w:rFonts w:ascii="Rubik" w:hAnsi="Rubik" w:cs="Rubik"/>
        </w:rPr>
        <w:t>rezultatów</w:t>
      </w:r>
      <w:proofErr w:type="spellEnd"/>
      <w:r w:rsidRPr="00D91909">
        <w:rPr>
          <w:rFonts w:ascii="Rubik" w:hAnsi="Rubik" w:cs="Rubik"/>
        </w:rPr>
        <w:t xml:space="preserve"> z </w:t>
      </w:r>
      <w:proofErr w:type="spellStart"/>
      <w:r w:rsidRPr="00D91909">
        <w:rPr>
          <w:rFonts w:ascii="Rubik" w:hAnsi="Rubik" w:cs="Rubik"/>
        </w:rPr>
        <w:t>udziału</w:t>
      </w:r>
      <w:proofErr w:type="spellEnd"/>
      <w:r w:rsidRPr="00D91909">
        <w:rPr>
          <w:rFonts w:ascii="Rubik" w:hAnsi="Rubik" w:cs="Rubik"/>
        </w:rPr>
        <w:t xml:space="preserve"> w </w:t>
      </w:r>
      <w:proofErr w:type="spellStart"/>
      <w:r w:rsidRPr="00D91909">
        <w:rPr>
          <w:rFonts w:ascii="Rubik" w:hAnsi="Rubik" w:cs="Rubik"/>
        </w:rPr>
        <w:t>programie</w:t>
      </w:r>
      <w:proofErr w:type="spellEnd"/>
      <w:r w:rsidRPr="00D91909">
        <w:rPr>
          <w:rFonts w:ascii="Rubik" w:hAnsi="Rubik" w:cs="Rubik"/>
        </w:rPr>
        <w:t xml:space="preserve">, mile </w:t>
      </w:r>
      <w:proofErr w:type="spellStart"/>
      <w:r w:rsidRPr="00D91909">
        <w:rPr>
          <w:rFonts w:ascii="Rubik" w:hAnsi="Rubik" w:cs="Rubik"/>
        </w:rPr>
        <w:t>widziane</w:t>
      </w:r>
      <w:proofErr w:type="spellEnd"/>
      <w:r w:rsidRPr="00D91909">
        <w:rPr>
          <w:rFonts w:ascii="Rubik" w:hAnsi="Rubik" w:cs="Rubik"/>
        </w:rPr>
        <w:t xml:space="preserve"> jest </w:t>
      </w:r>
      <w:proofErr w:type="spellStart"/>
      <w:r w:rsidRPr="00D91909">
        <w:rPr>
          <w:rFonts w:ascii="Rubik" w:hAnsi="Rubik" w:cs="Rubik"/>
        </w:rPr>
        <w:t>publikowanie</w:t>
      </w:r>
      <w:proofErr w:type="spellEnd"/>
      <w:r w:rsidRPr="00D91909">
        <w:rPr>
          <w:rFonts w:ascii="Rubik" w:hAnsi="Rubik" w:cs="Rubik"/>
        </w:rPr>
        <w:t xml:space="preserve"> </w:t>
      </w:r>
      <w:proofErr w:type="spellStart"/>
      <w:r w:rsidRPr="00D91909">
        <w:rPr>
          <w:rFonts w:ascii="Rubik" w:hAnsi="Rubik" w:cs="Rubik"/>
        </w:rPr>
        <w:t>przez</w:t>
      </w:r>
      <w:proofErr w:type="spellEnd"/>
      <w:r w:rsidRPr="00D91909">
        <w:rPr>
          <w:rFonts w:ascii="Rubik" w:hAnsi="Rubik" w:cs="Rubik"/>
        </w:rPr>
        <w:t xml:space="preserve"> </w:t>
      </w:r>
      <w:proofErr w:type="spellStart"/>
      <w:r w:rsidRPr="00D91909">
        <w:rPr>
          <w:rFonts w:ascii="Rubik" w:hAnsi="Rubik" w:cs="Rubik"/>
        </w:rPr>
        <w:t>uczestnika</w:t>
      </w:r>
      <w:proofErr w:type="spellEnd"/>
      <w:r w:rsidRPr="00D91909">
        <w:rPr>
          <w:rFonts w:ascii="Rubik" w:hAnsi="Rubik" w:cs="Rubik"/>
        </w:rPr>
        <w:t xml:space="preserve"> </w:t>
      </w:r>
      <w:proofErr w:type="spellStart"/>
      <w:r w:rsidRPr="00D91909">
        <w:rPr>
          <w:rFonts w:ascii="Rubik" w:hAnsi="Rubik" w:cs="Rubik"/>
        </w:rPr>
        <w:t>wyjazdu</w:t>
      </w:r>
      <w:proofErr w:type="spellEnd"/>
      <w:r w:rsidRPr="00D91909">
        <w:rPr>
          <w:rFonts w:ascii="Rubik" w:hAnsi="Rubik" w:cs="Rubik"/>
        </w:rPr>
        <w:t xml:space="preserve"> </w:t>
      </w:r>
      <w:proofErr w:type="spellStart"/>
      <w:r w:rsidRPr="00D91909">
        <w:rPr>
          <w:rFonts w:ascii="Rubik" w:hAnsi="Rubik" w:cs="Rubik"/>
        </w:rPr>
        <w:t>relacji</w:t>
      </w:r>
      <w:proofErr w:type="spellEnd"/>
      <w:r w:rsidRPr="00D91909">
        <w:rPr>
          <w:rFonts w:ascii="Rubik" w:hAnsi="Rubik" w:cs="Rubik"/>
        </w:rPr>
        <w:t xml:space="preserve"> z </w:t>
      </w:r>
      <w:proofErr w:type="spellStart"/>
      <w:r w:rsidRPr="00D91909">
        <w:rPr>
          <w:rFonts w:ascii="Rubik" w:hAnsi="Rubik" w:cs="Rubik"/>
        </w:rPr>
        <w:t>pobytu</w:t>
      </w:r>
      <w:proofErr w:type="spellEnd"/>
      <w:r w:rsidRPr="00D91909">
        <w:rPr>
          <w:rFonts w:ascii="Rubik" w:hAnsi="Rubik" w:cs="Rubik"/>
        </w:rPr>
        <w:t xml:space="preserve"> </w:t>
      </w:r>
      <w:proofErr w:type="spellStart"/>
      <w:r w:rsidRPr="00D91909">
        <w:rPr>
          <w:rFonts w:ascii="Rubik" w:hAnsi="Rubik" w:cs="Rubik"/>
        </w:rPr>
        <w:t>na</w:t>
      </w:r>
      <w:proofErr w:type="spellEnd"/>
      <w:r w:rsidRPr="00D91909">
        <w:rPr>
          <w:rFonts w:ascii="Rubik" w:hAnsi="Rubik" w:cs="Rubik"/>
        </w:rPr>
        <w:t xml:space="preserve"> </w:t>
      </w:r>
      <w:proofErr w:type="spellStart"/>
      <w:r w:rsidRPr="00D91909">
        <w:rPr>
          <w:rFonts w:ascii="Rubik" w:hAnsi="Rubik" w:cs="Rubik"/>
        </w:rPr>
        <w:t>mobilności</w:t>
      </w:r>
      <w:proofErr w:type="spellEnd"/>
      <w:r w:rsidRPr="00D91909">
        <w:rPr>
          <w:rFonts w:ascii="Rubik" w:hAnsi="Rubik" w:cs="Rubik"/>
        </w:rPr>
        <w:t xml:space="preserve"> w </w:t>
      </w:r>
      <w:proofErr w:type="spellStart"/>
      <w:r w:rsidRPr="00D91909">
        <w:rPr>
          <w:rFonts w:ascii="Rubik" w:hAnsi="Rubik" w:cs="Rubik"/>
        </w:rPr>
        <w:t>swoich</w:t>
      </w:r>
      <w:proofErr w:type="spellEnd"/>
      <w:r w:rsidRPr="00D91909">
        <w:rPr>
          <w:rFonts w:ascii="Rubik" w:hAnsi="Rubik" w:cs="Rubik"/>
        </w:rPr>
        <w:t xml:space="preserve"> </w:t>
      </w:r>
      <w:proofErr w:type="spellStart"/>
      <w:r w:rsidRPr="00D91909">
        <w:rPr>
          <w:rFonts w:ascii="Rubik" w:hAnsi="Rubik" w:cs="Rubik"/>
        </w:rPr>
        <w:t>mediach</w:t>
      </w:r>
      <w:proofErr w:type="spellEnd"/>
      <w:r w:rsidRPr="00D91909">
        <w:rPr>
          <w:rFonts w:ascii="Rubik" w:hAnsi="Rubik" w:cs="Rubik"/>
        </w:rPr>
        <w:t xml:space="preserve"> </w:t>
      </w:r>
      <w:proofErr w:type="spellStart"/>
      <w:r w:rsidRPr="00D91909">
        <w:rPr>
          <w:rFonts w:ascii="Rubik" w:hAnsi="Rubik" w:cs="Rubik"/>
        </w:rPr>
        <w:t>społecznościowych</w:t>
      </w:r>
      <w:proofErr w:type="spellEnd"/>
      <w:r w:rsidRPr="00D91909">
        <w:rPr>
          <w:rFonts w:ascii="Rubik" w:hAnsi="Rubik" w:cs="Rubik"/>
        </w:rPr>
        <w:t xml:space="preserve"> </w:t>
      </w:r>
      <w:proofErr w:type="spellStart"/>
      <w:r w:rsidRPr="00D91909">
        <w:rPr>
          <w:rFonts w:ascii="Rubik" w:hAnsi="Rubik" w:cs="Rubik"/>
        </w:rPr>
        <w:t>tj</w:t>
      </w:r>
      <w:proofErr w:type="spellEnd"/>
      <w:r w:rsidRPr="00D91909">
        <w:rPr>
          <w:rFonts w:ascii="Rubik" w:hAnsi="Rubik" w:cs="Rubik"/>
        </w:rPr>
        <w:t xml:space="preserve">. Facebook, Instagram, </w:t>
      </w:r>
      <w:proofErr w:type="spellStart"/>
      <w:r w:rsidRPr="00D91909">
        <w:rPr>
          <w:rFonts w:ascii="Rubik" w:hAnsi="Rubik" w:cs="Rubik"/>
        </w:rPr>
        <w:t>Linkedin</w:t>
      </w:r>
      <w:proofErr w:type="spellEnd"/>
      <w:r w:rsidRPr="00D91909">
        <w:rPr>
          <w:rFonts w:ascii="Rubik" w:hAnsi="Rubik" w:cs="Rubik"/>
        </w:rPr>
        <w:t xml:space="preserve"> </w:t>
      </w:r>
      <w:proofErr w:type="spellStart"/>
      <w:r w:rsidRPr="00D91909">
        <w:rPr>
          <w:rFonts w:ascii="Rubik" w:hAnsi="Rubik" w:cs="Rubik"/>
        </w:rPr>
        <w:t>itp</w:t>
      </w:r>
      <w:proofErr w:type="spellEnd"/>
      <w:r w:rsidRPr="00D91909">
        <w:rPr>
          <w:rFonts w:ascii="Rubik" w:hAnsi="Rubik" w:cs="Rubik"/>
        </w:rPr>
        <w:t xml:space="preserve">. z </w:t>
      </w:r>
      <w:proofErr w:type="spellStart"/>
      <w:r w:rsidRPr="00D91909">
        <w:rPr>
          <w:rFonts w:ascii="Rubik" w:hAnsi="Rubik" w:cs="Rubik"/>
        </w:rPr>
        <w:t>wykorzystaniem</w:t>
      </w:r>
      <w:proofErr w:type="spellEnd"/>
      <w:r w:rsidRPr="00D91909">
        <w:rPr>
          <w:rFonts w:ascii="Rubik" w:hAnsi="Rubik" w:cs="Rubik"/>
        </w:rPr>
        <w:t xml:space="preserve"> </w:t>
      </w:r>
      <w:proofErr w:type="spellStart"/>
      <w:r w:rsidRPr="00D91909">
        <w:rPr>
          <w:rFonts w:ascii="Rubik" w:hAnsi="Rubik" w:cs="Rubik"/>
        </w:rPr>
        <w:t>nazwy</w:t>
      </w:r>
      <w:proofErr w:type="spellEnd"/>
      <w:r w:rsidRPr="00D91909">
        <w:rPr>
          <w:rFonts w:ascii="Rubik" w:hAnsi="Rubik" w:cs="Rubik"/>
        </w:rPr>
        <w:t xml:space="preserve"> </w:t>
      </w:r>
      <w:proofErr w:type="spellStart"/>
      <w:r w:rsidRPr="00D91909">
        <w:rPr>
          <w:rFonts w:ascii="Rubik" w:hAnsi="Rubik" w:cs="Rubik"/>
        </w:rPr>
        <w:t>uczelni</w:t>
      </w:r>
      <w:proofErr w:type="spellEnd"/>
      <w:r w:rsidRPr="00D91909">
        <w:rPr>
          <w:rFonts w:ascii="Rubik" w:hAnsi="Rubik" w:cs="Rubik"/>
        </w:rPr>
        <w:t xml:space="preserve"> </w:t>
      </w:r>
      <w:proofErr w:type="spellStart"/>
      <w:r w:rsidRPr="00D91909">
        <w:rPr>
          <w:rFonts w:ascii="Rubik" w:hAnsi="Rubik" w:cs="Rubik"/>
        </w:rPr>
        <w:t>wysyłającej</w:t>
      </w:r>
      <w:proofErr w:type="spellEnd"/>
      <w:r w:rsidRPr="00D91909">
        <w:rPr>
          <w:rFonts w:ascii="Rubik" w:hAnsi="Rubik" w:cs="Rubik"/>
        </w:rPr>
        <w:t xml:space="preserve"> </w:t>
      </w:r>
      <w:proofErr w:type="spellStart"/>
      <w:r w:rsidRPr="00D91909">
        <w:rPr>
          <w:rFonts w:ascii="Rubik" w:hAnsi="Rubik" w:cs="Rubik"/>
        </w:rPr>
        <w:t>tj</w:t>
      </w:r>
      <w:proofErr w:type="spellEnd"/>
      <w:r w:rsidRPr="00D91909">
        <w:rPr>
          <w:rFonts w:ascii="Rubik" w:hAnsi="Rubik" w:cs="Rubik"/>
        </w:rPr>
        <w:t xml:space="preserve">. Akademii WSB </w:t>
      </w:r>
      <w:proofErr w:type="spellStart"/>
      <w:r w:rsidRPr="00D91909">
        <w:rPr>
          <w:rFonts w:ascii="Rubik" w:hAnsi="Rubik" w:cs="Rubik"/>
        </w:rPr>
        <w:t>oraz</w:t>
      </w:r>
      <w:proofErr w:type="spellEnd"/>
      <w:r w:rsidRPr="00D91909">
        <w:rPr>
          <w:rFonts w:ascii="Rubik" w:hAnsi="Rubik" w:cs="Rubik"/>
        </w:rPr>
        <w:t xml:space="preserve"> </w:t>
      </w:r>
      <w:proofErr w:type="spellStart"/>
      <w:r w:rsidRPr="00D91909">
        <w:rPr>
          <w:rFonts w:ascii="Rubik" w:hAnsi="Rubik" w:cs="Rubik"/>
        </w:rPr>
        <w:t>nazwy</w:t>
      </w:r>
      <w:proofErr w:type="spellEnd"/>
      <w:r w:rsidRPr="00D91909">
        <w:rPr>
          <w:rFonts w:ascii="Rubik" w:hAnsi="Rubik" w:cs="Rubik"/>
        </w:rPr>
        <w:t xml:space="preserve"> </w:t>
      </w:r>
      <w:r>
        <w:rPr>
          <w:rFonts w:ascii="Rubik" w:hAnsi="Rubik" w:cs="Rubik"/>
        </w:rPr>
        <w:t>program Erasmus+</w:t>
      </w:r>
      <w:r w:rsidRPr="00D91909">
        <w:rPr>
          <w:rFonts w:ascii="Rubik" w:hAnsi="Rubik" w:cs="Rubik"/>
        </w:rPr>
        <w:t xml:space="preserve"> (#</w:t>
      </w:r>
      <w:proofErr w:type="spellStart"/>
      <w:r w:rsidRPr="00D91909">
        <w:rPr>
          <w:rFonts w:ascii="Rubik" w:hAnsi="Rubik" w:cs="Rubik"/>
        </w:rPr>
        <w:t>AkademiaWSB</w:t>
      </w:r>
      <w:proofErr w:type="spellEnd"/>
      <w:r w:rsidRPr="00D91909">
        <w:rPr>
          <w:rFonts w:ascii="Rubik" w:hAnsi="Rubik" w:cs="Rubik"/>
        </w:rPr>
        <w:t>, #</w:t>
      </w:r>
      <w:proofErr w:type="spellStart"/>
      <w:r w:rsidRPr="00D91909">
        <w:rPr>
          <w:rFonts w:ascii="Rubik" w:hAnsi="Rubik" w:cs="Rubik"/>
        </w:rPr>
        <w:t>WSBUniversity</w:t>
      </w:r>
      <w:proofErr w:type="spellEnd"/>
      <w:r w:rsidRPr="00D91909">
        <w:rPr>
          <w:rFonts w:ascii="Rubik" w:hAnsi="Rubik" w:cs="Rubik"/>
        </w:rPr>
        <w:t>, #Erasmus+)</w:t>
      </w:r>
      <w:r>
        <w:rPr>
          <w:rFonts w:ascii="Rubik" w:hAnsi="Rubik" w:cs="Rubik"/>
        </w:rPr>
        <w:t>/</w:t>
      </w:r>
      <w:r w:rsidRPr="00D91909">
        <w:t xml:space="preserve"> </w:t>
      </w:r>
      <w:r w:rsidRPr="00D91909">
        <w:rPr>
          <w:rFonts w:ascii="Rubik" w:hAnsi="Rubik" w:cs="Rubik"/>
        </w:rPr>
        <w:t>As part of disseminating the results of participation in the program, participants are encouraged to publish reports from their mobility stay on their social media, i.e., Facebook, Instagram, LinkedIn, etc., using the name of the sending university, i.e., WSB University, and the name of the Erasmus+ program (#</w:t>
      </w:r>
      <w:proofErr w:type="spellStart"/>
      <w:r w:rsidRPr="00D91909">
        <w:rPr>
          <w:rFonts w:ascii="Rubik" w:hAnsi="Rubik" w:cs="Rubik"/>
        </w:rPr>
        <w:t>AkademiaWSB</w:t>
      </w:r>
      <w:proofErr w:type="spellEnd"/>
      <w:r w:rsidRPr="00D91909">
        <w:rPr>
          <w:rFonts w:ascii="Rubik" w:hAnsi="Rubik" w:cs="Rubik"/>
        </w:rPr>
        <w:t>, #</w:t>
      </w:r>
      <w:proofErr w:type="spellStart"/>
      <w:r w:rsidRPr="00D91909">
        <w:rPr>
          <w:rFonts w:ascii="Rubik" w:hAnsi="Rubik" w:cs="Rubik"/>
        </w:rPr>
        <w:t>WSBUniversity</w:t>
      </w:r>
      <w:proofErr w:type="spellEnd"/>
      <w:r w:rsidRPr="00D91909">
        <w:rPr>
          <w:rFonts w:ascii="Rubik" w:hAnsi="Rubik" w:cs="Rubik"/>
        </w:rPr>
        <w:t>, #Erasmus+).</w:t>
      </w:r>
    </w:p>
    <w:p w:rsidR="00804A06" w:rsidRDefault="00804A06"/>
    <w:sectPr w:rsidR="00804A0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Rubik">
    <w:panose1 w:val="00000500000000000000"/>
    <w:charset w:val="EE"/>
    <w:family w:val="auto"/>
    <w:pitch w:val="variable"/>
    <w:sig w:usb0="00000A07" w:usb1="40000001" w:usb2="00000000" w:usb3="00000000" w:csb0="000000B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111BD"/>
    <w:rsid w:val="0029639D"/>
    <w:rsid w:val="00326F90"/>
    <w:rsid w:val="005B2C78"/>
    <w:rsid w:val="00804A06"/>
    <w:rsid w:val="00AA1D8D"/>
    <w:rsid w:val="00B47730"/>
    <w:rsid w:val="00CB0664"/>
    <w:rsid w:val="00D91909"/>
    <w:rsid w:val="00E86E5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BA4BB1"/>
  <w14:defaultImageDpi w14:val="300"/>
  <w15:docId w15:val="{7FA4C1EE-D9DA-43A9-B483-9DCBE11E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C693F"/>
  </w:style>
  <w:style w:type="paragraph" w:styleId="Nagwek1">
    <w:name w:val="heading 1"/>
    <w:basedOn w:val="Normalny"/>
    <w:next w:val="Normalny"/>
    <w:link w:val="Nagwek1Znak"/>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5"/>
      </w:numPr>
      <w:contextualSpacing/>
    </w:pPr>
  </w:style>
  <w:style w:type="paragraph" w:styleId="Listanumerowana2">
    <w:name w:val="List Number 2"/>
    <w:basedOn w:val="Normalny"/>
    <w:uiPriority w:val="99"/>
    <w:unhideWhenUsed/>
    <w:rsid w:val="0029639D"/>
    <w:pPr>
      <w:numPr>
        <w:numId w:val="6"/>
      </w:numPr>
      <w:contextualSpacing/>
    </w:pPr>
  </w:style>
  <w:style w:type="paragraph" w:styleId="Listanumerowana3">
    <w:name w:val="List Number 3"/>
    <w:basedOn w:val="Normalny"/>
    <w:uiPriority w:val="99"/>
    <w:unhideWhenUsed/>
    <w:rsid w:val="0029639D"/>
    <w:pPr>
      <w:numPr>
        <w:numId w:val="7"/>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4057D-A526-4DF4-81F1-B02A8F0DB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311</Words>
  <Characters>1870</Characters>
  <Application>Microsoft Office Word</Application>
  <DocSecurity>0</DocSecurity>
  <Lines>15</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Gabriela Węglarz</cp:lastModifiedBy>
  <cp:revision>2</cp:revision>
  <dcterms:created xsi:type="dcterms:W3CDTF">2013-12-23T23:15:00Z</dcterms:created>
  <dcterms:modified xsi:type="dcterms:W3CDTF">2025-10-07T12:09:00Z</dcterms:modified>
  <cp:category/>
</cp:coreProperties>
</file>